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4F81BD" w:themeColor="accent1"/>
        </w:rPr>
        <w:id w:val="-569662576"/>
        <w:docPartObj>
          <w:docPartGallery w:val="Cover Pages"/>
          <w:docPartUnique/>
        </w:docPartObj>
      </w:sdtPr>
      <w:sdtEndPr>
        <w:rPr>
          <w:rFonts w:ascii="Times New Roman" w:hAnsi="Times New Roman"/>
          <w:color w:val="auto"/>
          <w:sz w:val="24"/>
          <w:lang w:val="hr-HR"/>
        </w:rPr>
      </w:sdtEndPr>
      <w:sdtContent>
        <w:p w14:paraId="56F4E6AA" w14:textId="2BBD9290" w:rsidR="0089017C" w:rsidRDefault="0089017C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6556F4D0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54BA09A3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17E4EF39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33B5FA6F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4D5FA18B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6FD72B81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0224A19D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30B00C53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5B2B547F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70D3E6DE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777EA6C1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5D0701DE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49DBCD36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4256343B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3023722C" w14:textId="77777777" w:rsidR="000E5AE3" w:rsidRDefault="000E5AE3" w:rsidP="000E5AE3">
          <w:pPr>
            <w:spacing w:after="0" w:line="240" w:lineRule="auto"/>
            <w:jc w:val="center"/>
            <w:rPr>
              <w:rFonts w:cs="Arial"/>
              <w:b/>
              <w:color w:val="808080"/>
              <w:sz w:val="20"/>
              <w:lang w:val="bs-Latn-BA"/>
            </w:rPr>
          </w:pPr>
        </w:p>
        <w:p w14:paraId="5751E11C" w14:textId="77777777" w:rsidR="000E5AE3" w:rsidRDefault="000E5AE3" w:rsidP="000E5AE3">
          <w:pPr>
            <w:spacing w:after="0" w:line="240" w:lineRule="auto"/>
            <w:jc w:val="center"/>
            <w:rPr>
              <w:color w:val="4F81BD" w:themeColor="accent1"/>
            </w:rPr>
          </w:pPr>
        </w:p>
        <w:sdt>
          <w:sdtPr>
            <w:rPr>
              <w:rFonts w:ascii="Times New Roman" w:eastAsiaTheme="majorEastAsia" w:hAnsi="Times New Roman" w:cs="Times New Roman"/>
              <w:caps/>
              <w:sz w:val="72"/>
              <w:szCs w:val="72"/>
            </w:rPr>
            <w:alias w:val="Title"/>
            <w:tag w:val=""/>
            <w:id w:val="1735040861"/>
            <w:placeholder>
              <w:docPart w:val="DF04422C181141EB96FC6D1A2027AA7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1F71B" w14:textId="3A037B2C" w:rsidR="0089017C" w:rsidRPr="0089017C" w:rsidRDefault="00C6204C">
              <w:pPr>
                <w:pStyle w:val="NoSpacing"/>
                <w:pBdr>
                  <w:top w:val="single" w:sz="6" w:space="6" w:color="4F81BD" w:themeColor="accent1"/>
                  <w:bottom w:val="single" w:sz="6" w:space="6" w:color="4F81BD" w:themeColor="accent1"/>
                </w:pBdr>
                <w:spacing w:after="240"/>
                <w:jc w:val="center"/>
                <w:rPr>
                  <w:rFonts w:ascii="Times New Roman" w:eastAsiaTheme="majorEastAsia" w:hAnsi="Times New Roman" w:cs="Times New Roman"/>
                  <w:caps/>
                  <w:sz w:val="80"/>
                  <w:szCs w:val="80"/>
                </w:rPr>
              </w:pPr>
              <w:r>
                <w:rPr>
                  <w:rFonts w:ascii="Times New Roman" w:eastAsiaTheme="majorEastAsia" w:hAnsi="Times New Roman" w:cs="Times New Roman"/>
                  <w:caps/>
                  <w:sz w:val="72"/>
                  <w:szCs w:val="72"/>
                </w:rPr>
                <w:t>LOGIČKI OKVIR PROJEKTA</w:t>
              </w:r>
            </w:p>
          </w:sdtContent>
        </w:sdt>
        <w:sdt>
          <w:sdtPr>
            <w:rPr>
              <w:rFonts w:ascii="Times New Roman" w:hAnsi="Times New Roman" w:cs="Times New Roman"/>
              <w:b/>
              <w:sz w:val="28"/>
              <w:szCs w:val="28"/>
              <w:lang w:val="bs-Latn-BA"/>
            </w:rPr>
            <w:alias w:val="Subtitle"/>
            <w:tag w:val=""/>
            <w:id w:val="328029620"/>
            <w:placeholder>
              <w:docPart w:val="2A382AD58D1F4E0EAEA966150A95C45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59B17723" w14:textId="23CBF254" w:rsidR="0089017C" w:rsidRPr="0089017C" w:rsidRDefault="0089017C">
              <w:pPr>
                <w:pStyle w:val="NoSpacing"/>
                <w:jc w:val="center"/>
                <w:rPr>
                  <w:rFonts w:ascii="Times New Roman" w:hAnsi="Times New Roman" w:cs="Times New Roman"/>
                  <w:sz w:val="28"/>
                  <w:szCs w:val="28"/>
                </w:rPr>
              </w:pPr>
              <w:r w:rsidRPr="0089017C">
                <w:rPr>
                  <w:rFonts w:ascii="Times New Roman" w:hAnsi="Times New Roman" w:cs="Times New Roman"/>
                  <w:b/>
                  <w:sz w:val="28"/>
                  <w:szCs w:val="28"/>
                  <w:lang w:val="bs-Latn-BA"/>
                </w:rPr>
                <w:t>[</w:t>
              </w:r>
              <w:r w:rsidR="000E5AE3">
                <w:rPr>
                  <w:rFonts w:ascii="Times New Roman" w:hAnsi="Times New Roman" w:cs="Times New Roman"/>
                  <w:b/>
                  <w:sz w:val="28"/>
                  <w:szCs w:val="28"/>
                  <w:lang w:val="bs-Latn-BA"/>
                </w:rPr>
                <w:t xml:space="preserve">NAZIV </w:t>
              </w:r>
              <w:r w:rsidR="006334A0">
                <w:rPr>
                  <w:rFonts w:ascii="Times New Roman" w:hAnsi="Times New Roman" w:cs="Times New Roman"/>
                  <w:b/>
                  <w:sz w:val="28"/>
                  <w:szCs w:val="28"/>
                  <w:lang w:val="bs-Latn-BA"/>
                </w:rPr>
                <w:t>PROJEKTA</w:t>
              </w:r>
              <w:r w:rsidRPr="0089017C">
                <w:rPr>
                  <w:rFonts w:ascii="Times New Roman" w:hAnsi="Times New Roman" w:cs="Times New Roman"/>
                  <w:b/>
                  <w:sz w:val="28"/>
                  <w:szCs w:val="28"/>
                  <w:lang w:val="bs-Latn-BA"/>
                </w:rPr>
                <w:t>]</w:t>
              </w:r>
            </w:p>
          </w:sdtContent>
        </w:sdt>
        <w:p w14:paraId="083459A0" w14:textId="1A0B4C9B" w:rsidR="0089017C" w:rsidRPr="0089017C" w:rsidRDefault="0089017C">
          <w:pPr>
            <w:pStyle w:val="NoSpacing"/>
            <w:spacing w:before="480"/>
            <w:jc w:val="center"/>
            <w:rPr>
              <w:rFonts w:ascii="Times New Roman" w:hAnsi="Times New Roman" w:cs="Times New Roman"/>
            </w:rPr>
          </w:pPr>
        </w:p>
        <w:p w14:paraId="1C205042" w14:textId="5398942F" w:rsidR="0089017C" w:rsidRDefault="0089017C">
          <w:pPr>
            <w:rPr>
              <w:rFonts w:ascii="Times New Roman" w:hAnsi="Times New Roman"/>
              <w:sz w:val="24"/>
              <w:lang w:val="hr-HR"/>
            </w:rPr>
          </w:pPr>
          <w:r>
            <w:rPr>
              <w:rFonts w:ascii="Times New Roman" w:hAnsi="Times New Roman"/>
              <w:sz w:val="24"/>
              <w:lang w:val="hr-HR"/>
            </w:rPr>
            <w:br w:type="page"/>
          </w:r>
        </w:p>
      </w:sdtContent>
    </w:sdt>
    <w:p w14:paraId="6EC069BD" w14:textId="3CEB04C3" w:rsidR="00DA3FCC" w:rsidRPr="002258F7" w:rsidRDefault="00C6204C" w:rsidP="0089017C">
      <w:pPr>
        <w:spacing w:after="60"/>
        <w:jc w:val="center"/>
        <w:rPr>
          <w:rFonts w:ascii="Times New Roman" w:hAnsi="Times New Roman" w:cs="Times New Roman"/>
          <w:b/>
          <w:sz w:val="28"/>
          <w:szCs w:val="28"/>
          <w:lang w:val="bs-Latn-BA"/>
        </w:rPr>
      </w:pPr>
      <w:r>
        <w:rPr>
          <w:rFonts w:ascii="Times New Roman" w:hAnsi="Times New Roman" w:cs="Times New Roman"/>
          <w:b/>
          <w:sz w:val="28"/>
          <w:szCs w:val="28"/>
          <w:lang w:val="bs-Latn-BA"/>
        </w:rPr>
        <w:lastRenderedPageBreak/>
        <w:t>LOGIČKI OKVIR PROJEKTA</w:t>
      </w:r>
    </w:p>
    <w:p w14:paraId="3796B56B" w14:textId="005EA988" w:rsidR="002258F7" w:rsidRPr="002258F7" w:rsidRDefault="002258F7" w:rsidP="002258F7">
      <w:pPr>
        <w:pBdr>
          <w:top w:val="single" w:sz="4" w:space="3" w:color="auto"/>
        </w:pBdr>
        <w:spacing w:after="60"/>
        <w:jc w:val="center"/>
        <w:rPr>
          <w:rFonts w:ascii="Times New Roman" w:hAnsi="Times New Roman" w:cs="Times New Roman"/>
          <w:b/>
          <w:sz w:val="28"/>
          <w:szCs w:val="28"/>
          <w:lang w:val="bs-Latn-BA"/>
        </w:rPr>
      </w:pPr>
    </w:p>
    <w:p w14:paraId="65EC1F4E" w14:textId="77777777" w:rsidR="000E5AE3" w:rsidRDefault="000E5AE3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74BCDBBD" w14:textId="33F5EB25" w:rsidR="000E5AE3" w:rsidRPr="000E5AE3" w:rsidRDefault="000E5AE3" w:rsidP="000E5AE3">
      <w:pPr>
        <w:ind w:firstLine="720"/>
        <w:rPr>
          <w:rFonts w:ascii="Times New Roman" w:hAnsi="Times New Roman" w:cs="Times New Roman"/>
          <w:lang w:val="en-GB"/>
        </w:rPr>
      </w:pPr>
      <w:r w:rsidRPr="000E5AE3">
        <w:rPr>
          <w:rFonts w:ascii="Times New Roman" w:hAnsi="Times New Roman" w:cs="Times New Roman"/>
          <w:b/>
          <w:bCs/>
          <w:lang w:val="en-GB"/>
        </w:rPr>
        <w:t>NAZIV ORGANIZACIJE:</w:t>
      </w:r>
      <w:r w:rsidRPr="000E5AE3">
        <w:rPr>
          <w:rFonts w:ascii="Times New Roman" w:hAnsi="Times New Roman" w:cs="Times New Roman"/>
          <w:lang w:val="en-GB"/>
        </w:rPr>
        <w:t> </w:t>
      </w:r>
      <w:r>
        <w:rPr>
          <w:rFonts w:ascii="Times New Roman" w:hAnsi="Times New Roman" w:cs="Times New Roman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>
        <w:rPr>
          <w:rFonts w:ascii="Times New Roman" w:hAnsi="Times New Roman" w:cs="Times New Roman"/>
          <w:lang w:val="en-GB"/>
        </w:rPr>
        <w:instrText xml:space="preserve"> FORMTEXT </w:instrText>
      </w:r>
      <w:r>
        <w:rPr>
          <w:rFonts w:ascii="Times New Roman" w:hAnsi="Times New Roman" w:cs="Times New Roman"/>
          <w:lang w:val="en-GB"/>
        </w:rPr>
      </w:r>
      <w:r>
        <w:rPr>
          <w:rFonts w:ascii="Times New Roman" w:hAnsi="Times New Roman" w:cs="Times New Roman"/>
          <w:lang w:val="en-GB"/>
        </w:rPr>
        <w:fldChar w:fldCharType="separate"/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lang w:val="en-GB"/>
        </w:rPr>
        <w:fldChar w:fldCharType="end"/>
      </w:r>
      <w:bookmarkEnd w:id="0"/>
    </w:p>
    <w:p w14:paraId="0C46EAB5" w14:textId="5B72AEAA" w:rsidR="000E5AE3" w:rsidRPr="000E5AE3" w:rsidRDefault="000E5AE3" w:rsidP="000E5AE3">
      <w:pPr>
        <w:ind w:firstLine="720"/>
        <w:rPr>
          <w:rFonts w:ascii="Times New Roman" w:hAnsi="Times New Roman" w:cs="Times New Roman"/>
          <w:lang w:val="en-GB"/>
        </w:rPr>
      </w:pPr>
      <w:r w:rsidRPr="000E5AE3">
        <w:rPr>
          <w:rFonts w:ascii="Times New Roman" w:hAnsi="Times New Roman" w:cs="Times New Roman"/>
          <w:b/>
          <w:bCs/>
          <w:lang w:val="en-GB"/>
        </w:rPr>
        <w:t>NAZIV PROJEKTA:</w:t>
      </w:r>
      <w:r w:rsidRPr="000E5AE3">
        <w:rPr>
          <w:rFonts w:ascii="Times New Roman" w:hAnsi="Times New Roman" w:cs="Times New Roman"/>
          <w:lang w:val="en-GB"/>
        </w:rPr>
        <w:t> </w:t>
      </w:r>
      <w:r>
        <w:rPr>
          <w:rFonts w:ascii="Times New Roman" w:hAnsi="Times New Roman" w:cs="Times New Roman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lang w:val="en-GB"/>
        </w:rPr>
        <w:instrText xml:space="preserve"> FORMTEXT </w:instrText>
      </w:r>
      <w:r>
        <w:rPr>
          <w:rFonts w:ascii="Times New Roman" w:hAnsi="Times New Roman" w:cs="Times New Roman"/>
          <w:lang w:val="en-GB"/>
        </w:rPr>
      </w:r>
      <w:r>
        <w:rPr>
          <w:rFonts w:ascii="Times New Roman" w:hAnsi="Times New Roman" w:cs="Times New Roman"/>
          <w:lang w:val="en-GB"/>
        </w:rPr>
        <w:fldChar w:fldCharType="separate"/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noProof/>
          <w:lang w:val="en-GB"/>
        </w:rPr>
        <w:t> </w:t>
      </w:r>
      <w:r>
        <w:rPr>
          <w:rFonts w:ascii="Times New Roman" w:hAnsi="Times New Roman" w:cs="Times New Roman"/>
          <w:lang w:val="en-GB"/>
        </w:rPr>
        <w:fldChar w:fldCharType="end"/>
      </w:r>
    </w:p>
    <w:p w14:paraId="131FB93F" w14:textId="77777777" w:rsidR="000E5AE3" w:rsidRDefault="000E5AE3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314E9E38" w14:textId="0E4926EA" w:rsidR="000E5AE3" w:rsidRDefault="000E5AE3" w:rsidP="000E5AE3">
      <w:pPr>
        <w:rPr>
          <w:rFonts w:ascii="Times New Roman" w:hAnsi="Times New Roman" w:cs="Times New Roman"/>
          <w:lang w:val="bs-Latn-BA"/>
        </w:rPr>
      </w:pPr>
    </w:p>
    <w:tbl>
      <w:tblPr>
        <w:tblStyle w:val="TableGrid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6"/>
        <w:gridCol w:w="3507"/>
        <w:gridCol w:w="3506"/>
        <w:gridCol w:w="3507"/>
      </w:tblGrid>
      <w:tr w:rsidR="00325E76" w14:paraId="3F76C21A" w14:textId="77777777" w:rsidTr="006334A0">
        <w:trPr>
          <w:tblCellSpacing w:w="20" w:type="dxa"/>
        </w:trPr>
        <w:tc>
          <w:tcPr>
            <w:tcW w:w="3446" w:type="dxa"/>
            <w:shd w:val="clear" w:color="auto" w:fill="EAF1DD" w:themeFill="accent3" w:themeFillTint="33"/>
          </w:tcPr>
          <w:p w14:paraId="1C106892" w14:textId="6823AAC6" w:rsidR="00325E76" w:rsidRPr="00325E76" w:rsidRDefault="00325E76" w:rsidP="002258F7">
            <w:pPr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proofErr w:type="spellStart"/>
            <w:r w:rsidRPr="00325E76">
              <w:rPr>
                <w:rFonts w:ascii="Times New Roman" w:hAnsi="Times New Roman" w:cs="Times New Roman"/>
                <w:b/>
                <w:bCs/>
              </w:rPr>
              <w:t>Hijerarhija</w:t>
            </w:r>
            <w:proofErr w:type="spellEnd"/>
            <w:r w:rsidRPr="00325E7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325E76">
              <w:rPr>
                <w:rFonts w:ascii="Times New Roman" w:hAnsi="Times New Roman" w:cs="Times New Roman"/>
                <w:b/>
                <w:bCs/>
              </w:rPr>
              <w:t>Narativ</w:t>
            </w:r>
            <w:proofErr w:type="spellEnd"/>
            <w:r w:rsidRPr="00325E7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467" w:type="dxa"/>
            <w:shd w:val="clear" w:color="auto" w:fill="EAF1DD" w:themeFill="accent3" w:themeFillTint="33"/>
          </w:tcPr>
          <w:p w14:paraId="3C886428" w14:textId="003EC5D4" w:rsidR="00325E76" w:rsidRPr="00325E76" w:rsidRDefault="00325E76" w:rsidP="002258F7">
            <w:pPr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proofErr w:type="spellStart"/>
            <w:r w:rsidRPr="00325E76">
              <w:rPr>
                <w:rFonts w:ascii="Times New Roman" w:hAnsi="Times New Roman" w:cs="Times New Roman"/>
                <w:b/>
                <w:bCs/>
              </w:rPr>
              <w:t>Objektivno</w:t>
            </w:r>
            <w:proofErr w:type="spellEnd"/>
            <w:r w:rsidRPr="00325E7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25E76">
              <w:rPr>
                <w:rFonts w:ascii="Times New Roman" w:hAnsi="Times New Roman" w:cs="Times New Roman"/>
                <w:b/>
                <w:bCs/>
              </w:rPr>
              <w:t>mjerljivi</w:t>
            </w:r>
            <w:proofErr w:type="spellEnd"/>
            <w:r w:rsidRPr="00325E7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25E76">
              <w:rPr>
                <w:rFonts w:ascii="Times New Roman" w:hAnsi="Times New Roman" w:cs="Times New Roman"/>
                <w:b/>
                <w:bCs/>
              </w:rPr>
              <w:t>indikatori</w:t>
            </w:r>
            <w:proofErr w:type="spellEnd"/>
          </w:p>
        </w:tc>
        <w:tc>
          <w:tcPr>
            <w:tcW w:w="3466" w:type="dxa"/>
            <w:shd w:val="clear" w:color="auto" w:fill="EAF1DD" w:themeFill="accent3" w:themeFillTint="33"/>
          </w:tcPr>
          <w:p w14:paraId="5777386F" w14:textId="467DE509" w:rsidR="00325E76" w:rsidRPr="00325E76" w:rsidRDefault="00325E76" w:rsidP="002258F7">
            <w:pPr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proofErr w:type="spellStart"/>
            <w:r w:rsidRPr="00325E76">
              <w:rPr>
                <w:rFonts w:ascii="Times New Roman" w:hAnsi="Times New Roman" w:cs="Times New Roman"/>
                <w:b/>
                <w:bCs/>
              </w:rPr>
              <w:t>Izvori</w:t>
            </w:r>
            <w:proofErr w:type="spellEnd"/>
            <w:r w:rsidRPr="00325E7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25E76">
              <w:rPr>
                <w:rFonts w:ascii="Times New Roman" w:hAnsi="Times New Roman" w:cs="Times New Roman"/>
                <w:b/>
                <w:bCs/>
              </w:rPr>
              <w:t>verifikacije</w:t>
            </w:r>
            <w:proofErr w:type="spellEnd"/>
          </w:p>
        </w:tc>
        <w:tc>
          <w:tcPr>
            <w:tcW w:w="3447" w:type="dxa"/>
            <w:shd w:val="clear" w:color="auto" w:fill="EAF1DD" w:themeFill="accent3" w:themeFillTint="33"/>
          </w:tcPr>
          <w:p w14:paraId="13BCD55D" w14:textId="006B2B47" w:rsidR="00325E76" w:rsidRPr="00325E76" w:rsidRDefault="00325E76" w:rsidP="002258F7">
            <w:pPr>
              <w:jc w:val="center"/>
              <w:rPr>
                <w:rFonts w:ascii="Times New Roman" w:hAnsi="Times New Roman" w:cs="Times New Roman"/>
                <w:b/>
                <w:bCs/>
                <w:lang w:val="bs-Latn-BA"/>
              </w:rPr>
            </w:pPr>
            <w:proofErr w:type="spellStart"/>
            <w:r w:rsidRPr="00325E76">
              <w:rPr>
                <w:rFonts w:ascii="Times New Roman" w:hAnsi="Times New Roman" w:cs="Times New Roman"/>
                <w:b/>
                <w:bCs/>
              </w:rPr>
              <w:t>Pretpostavke</w:t>
            </w:r>
            <w:proofErr w:type="spellEnd"/>
            <w:r w:rsidRPr="00325E76"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proofErr w:type="spellStart"/>
            <w:r w:rsidRPr="00325E76">
              <w:rPr>
                <w:rFonts w:ascii="Times New Roman" w:hAnsi="Times New Roman" w:cs="Times New Roman"/>
                <w:b/>
                <w:bCs/>
              </w:rPr>
              <w:t>Rizici</w:t>
            </w:r>
            <w:proofErr w:type="spellEnd"/>
          </w:p>
        </w:tc>
      </w:tr>
      <w:tr w:rsidR="00325E76" w14:paraId="0937FF9B" w14:textId="77777777" w:rsidTr="006334A0">
        <w:trPr>
          <w:tblCellSpacing w:w="20" w:type="dxa"/>
        </w:trPr>
        <w:tc>
          <w:tcPr>
            <w:tcW w:w="3446" w:type="dxa"/>
          </w:tcPr>
          <w:p w14:paraId="4A0133AA" w14:textId="48168D95" w:rsidR="00325E76" w:rsidRDefault="00325E76" w:rsidP="00325E76">
            <w:pPr>
              <w:rPr>
                <w:rFonts w:ascii="Times New Roman" w:hAnsi="Times New Roman" w:cs="Times New Roman"/>
                <w:lang w:val="bs-Latn-BA"/>
              </w:rPr>
            </w:pPr>
            <w:proofErr w:type="spellStart"/>
            <w:r w:rsidRPr="00C6204C">
              <w:rPr>
                <w:rFonts w:ascii="Times New Roman" w:hAnsi="Times New Roman" w:cs="Times New Roman"/>
                <w:b/>
                <w:bCs/>
              </w:rPr>
              <w:t>Opšti</w:t>
            </w:r>
            <w:proofErr w:type="spellEnd"/>
            <w:r w:rsidRPr="00C6204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6204C">
              <w:rPr>
                <w:rFonts w:ascii="Times New Roman" w:hAnsi="Times New Roman" w:cs="Times New Roman"/>
                <w:b/>
                <w:bCs/>
              </w:rPr>
              <w:t>cilj</w:t>
            </w:r>
            <w:proofErr w:type="spellEnd"/>
            <w:r w:rsidRPr="00C6204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upisati tekst]"/>
                  </w:textInput>
                </w:ffData>
              </w:fldChar>
            </w:r>
            <w:bookmarkStart w:id="1" w:name="Text7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noProof/>
              </w:rPr>
              <w:t>upisati</w:t>
            </w:r>
            <w:proofErr w:type="spellEnd"/>
            <w:r>
              <w:rPr>
                <w:rFonts w:ascii="Times New Roman" w:hAnsi="Times New Roman" w:cs="Times New Roman"/>
                <w:noProof/>
              </w:rPr>
              <w:t xml:space="preserve"> tekst]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  <w:tc>
          <w:tcPr>
            <w:tcW w:w="3467" w:type="dxa"/>
          </w:tcPr>
          <w:p w14:paraId="2B27E0E4" w14:textId="66AEB44C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66" w:type="dxa"/>
          </w:tcPr>
          <w:p w14:paraId="33EB6664" w14:textId="77777777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47" w:type="dxa"/>
          </w:tcPr>
          <w:p w14:paraId="68C3E2D1" w14:textId="77777777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325E76" w14:paraId="6B2C631B" w14:textId="77777777" w:rsidTr="006334A0">
        <w:trPr>
          <w:tblCellSpacing w:w="20" w:type="dxa"/>
        </w:trPr>
        <w:tc>
          <w:tcPr>
            <w:tcW w:w="3446" w:type="dxa"/>
          </w:tcPr>
          <w:p w14:paraId="4455A4CA" w14:textId="22CE25C2" w:rsidR="00325E76" w:rsidRDefault="00325E76" w:rsidP="00325E76">
            <w:pPr>
              <w:rPr>
                <w:rFonts w:ascii="Times New Roman" w:hAnsi="Times New Roman" w:cs="Times New Roman"/>
                <w:lang w:val="bs-Latn-BA"/>
              </w:rPr>
            </w:pPr>
            <w:proofErr w:type="spellStart"/>
            <w:r w:rsidRPr="00C6204C">
              <w:rPr>
                <w:rFonts w:ascii="Times New Roman" w:hAnsi="Times New Roman" w:cs="Times New Roman"/>
                <w:b/>
                <w:bCs/>
              </w:rPr>
              <w:t>Specifični</w:t>
            </w:r>
            <w:proofErr w:type="spellEnd"/>
            <w:r w:rsidRPr="00C6204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6204C">
              <w:rPr>
                <w:rFonts w:ascii="Times New Roman" w:hAnsi="Times New Roman" w:cs="Times New Roman"/>
                <w:b/>
                <w:bCs/>
              </w:rPr>
              <w:t>cilj</w:t>
            </w:r>
            <w:proofErr w:type="spellEnd"/>
            <w:r w:rsidRPr="00C6204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upisati tekst]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noProof/>
              </w:rPr>
              <w:t>upisati</w:t>
            </w:r>
            <w:proofErr w:type="spellEnd"/>
            <w:r>
              <w:rPr>
                <w:rFonts w:ascii="Times New Roman" w:hAnsi="Times New Roman" w:cs="Times New Roman"/>
                <w:noProof/>
              </w:rPr>
              <w:t xml:space="preserve"> tekst]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67" w:type="dxa"/>
          </w:tcPr>
          <w:p w14:paraId="249FBE2A" w14:textId="74AD0C0E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66" w:type="dxa"/>
          </w:tcPr>
          <w:p w14:paraId="1F4F1080" w14:textId="77777777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47" w:type="dxa"/>
          </w:tcPr>
          <w:p w14:paraId="3738BDAA" w14:textId="77777777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325E76" w14:paraId="7D63AB1C" w14:textId="77777777" w:rsidTr="006334A0">
        <w:trPr>
          <w:tblCellSpacing w:w="20" w:type="dxa"/>
        </w:trPr>
        <w:tc>
          <w:tcPr>
            <w:tcW w:w="3446" w:type="dxa"/>
          </w:tcPr>
          <w:p w14:paraId="20E2E51E" w14:textId="598B5034" w:rsidR="00325E76" w:rsidRDefault="00325E76" w:rsidP="00325E76">
            <w:pPr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 xml:space="preserve">Rezultat 1.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upisati tekst]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[upisati tekst]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67" w:type="dxa"/>
          </w:tcPr>
          <w:p w14:paraId="3B7C6F5D" w14:textId="7D8BDA7E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66" w:type="dxa"/>
          </w:tcPr>
          <w:p w14:paraId="2FC916DB" w14:textId="77777777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47" w:type="dxa"/>
          </w:tcPr>
          <w:p w14:paraId="507EA1C1" w14:textId="77777777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325E76" w14:paraId="06A1CD24" w14:textId="77777777" w:rsidTr="006334A0">
        <w:trPr>
          <w:tblCellSpacing w:w="20" w:type="dxa"/>
        </w:trPr>
        <w:tc>
          <w:tcPr>
            <w:tcW w:w="3446" w:type="dxa"/>
          </w:tcPr>
          <w:p w14:paraId="73A845E8" w14:textId="6B6582B2" w:rsidR="00325E76" w:rsidRDefault="00325E76" w:rsidP="00325E76">
            <w:pPr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 xml:space="preserve">Rezultat 2.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upisati tekst]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[upisati tekst]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67" w:type="dxa"/>
          </w:tcPr>
          <w:p w14:paraId="198ED57C" w14:textId="2A464BA2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66" w:type="dxa"/>
          </w:tcPr>
          <w:p w14:paraId="17A0C7CC" w14:textId="77777777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47" w:type="dxa"/>
          </w:tcPr>
          <w:p w14:paraId="0E1D971B" w14:textId="77777777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325E76" w14:paraId="76595B2B" w14:textId="77777777" w:rsidTr="006334A0">
        <w:trPr>
          <w:tblCellSpacing w:w="20" w:type="dxa"/>
        </w:trPr>
        <w:tc>
          <w:tcPr>
            <w:tcW w:w="3446" w:type="dxa"/>
          </w:tcPr>
          <w:p w14:paraId="0847802D" w14:textId="3053DB41" w:rsidR="00325E76" w:rsidRDefault="00325E76" w:rsidP="00325E76">
            <w:pPr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 xml:space="preserve">Rezultat 3.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upisati tekst]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[upisati tekst]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67" w:type="dxa"/>
          </w:tcPr>
          <w:p w14:paraId="3A0CE443" w14:textId="0616596D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66" w:type="dxa"/>
          </w:tcPr>
          <w:p w14:paraId="1B9DB4BC" w14:textId="77777777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47" w:type="dxa"/>
          </w:tcPr>
          <w:p w14:paraId="0C2B5456" w14:textId="77777777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325E76" w14:paraId="3FE53273" w14:textId="77777777" w:rsidTr="006334A0">
        <w:trPr>
          <w:tblCellSpacing w:w="20" w:type="dxa"/>
        </w:trPr>
        <w:tc>
          <w:tcPr>
            <w:tcW w:w="3446" w:type="dxa"/>
          </w:tcPr>
          <w:p w14:paraId="5D0B7B6D" w14:textId="0A269A21" w:rsidR="00325E76" w:rsidRDefault="00325E76" w:rsidP="00325E76">
            <w:pPr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 xml:space="preserve">Aktivnosti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upisati tekst]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[upisati tekst]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467" w:type="dxa"/>
          </w:tcPr>
          <w:p w14:paraId="1C8AF9B7" w14:textId="7078247D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66" w:type="dxa"/>
          </w:tcPr>
          <w:p w14:paraId="1A9A914A" w14:textId="77777777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47" w:type="dxa"/>
          </w:tcPr>
          <w:p w14:paraId="36C47303" w14:textId="77777777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</w:tr>
      <w:tr w:rsidR="00325E76" w14:paraId="74AE3167" w14:textId="77777777" w:rsidTr="006334A0">
        <w:trPr>
          <w:tblCellSpacing w:w="20" w:type="dxa"/>
        </w:trPr>
        <w:tc>
          <w:tcPr>
            <w:tcW w:w="3446" w:type="dxa"/>
          </w:tcPr>
          <w:p w14:paraId="7BBEA396" w14:textId="77777777" w:rsidR="00325E76" w:rsidRDefault="00325E76" w:rsidP="00325E76">
            <w:pPr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67" w:type="dxa"/>
          </w:tcPr>
          <w:p w14:paraId="5B96A4E1" w14:textId="05A3AAD3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66" w:type="dxa"/>
          </w:tcPr>
          <w:p w14:paraId="3D404173" w14:textId="77777777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  <w:tc>
          <w:tcPr>
            <w:tcW w:w="3447" w:type="dxa"/>
          </w:tcPr>
          <w:p w14:paraId="651BC054" w14:textId="77777777" w:rsidR="00325E76" w:rsidRDefault="00325E76" w:rsidP="002258F7">
            <w:pPr>
              <w:jc w:val="center"/>
              <w:rPr>
                <w:rFonts w:ascii="Times New Roman" w:hAnsi="Times New Roman" w:cs="Times New Roman"/>
                <w:lang w:val="bs-Latn-BA"/>
              </w:rPr>
            </w:pPr>
          </w:p>
        </w:tc>
      </w:tr>
    </w:tbl>
    <w:p w14:paraId="391DD640" w14:textId="77777777" w:rsidR="000E5AE3" w:rsidRDefault="000E5AE3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69554489" w14:textId="77777777" w:rsidR="00325E76" w:rsidRDefault="00325E76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506BB557" w14:textId="77777777" w:rsidR="00325E76" w:rsidRDefault="00325E76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7FCB36AF" w14:textId="77777777" w:rsidR="00325E76" w:rsidRDefault="00325E76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743A28CB" w14:textId="77777777" w:rsidR="00325E76" w:rsidRDefault="00325E76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73473767" w14:textId="77777777" w:rsidR="00325E76" w:rsidRDefault="00325E76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47FA5B3D" w14:textId="77777777" w:rsidR="00325E76" w:rsidRDefault="00325E76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744AA17D" w14:textId="77777777" w:rsidR="00325E76" w:rsidRDefault="00325E76" w:rsidP="002258F7">
      <w:pPr>
        <w:ind w:firstLine="720"/>
        <w:jc w:val="center"/>
        <w:rPr>
          <w:rFonts w:ascii="Times New Roman" w:hAnsi="Times New Roman" w:cs="Times New Roman"/>
          <w:lang w:val="bs-Latn-BA"/>
        </w:rPr>
      </w:pPr>
    </w:p>
    <w:p w14:paraId="7D3AA2D9" w14:textId="77777777" w:rsidR="00C6204C" w:rsidRDefault="00C6204C" w:rsidP="00C6204C">
      <w:proofErr w:type="spellStart"/>
      <w:r>
        <w:lastRenderedPageBreak/>
        <w:t>Uputstvo</w:t>
      </w:r>
      <w:proofErr w:type="spellEnd"/>
      <w:r>
        <w:t xml:space="preserve"> za </w:t>
      </w:r>
      <w:proofErr w:type="spellStart"/>
      <w:r>
        <w:t>popunjavanje</w:t>
      </w:r>
      <w:proofErr w:type="spellEnd"/>
      <w:r>
        <w:t>:</w:t>
      </w:r>
    </w:p>
    <w:p w14:paraId="4D86470F" w14:textId="77777777" w:rsidR="00C6204C" w:rsidRDefault="00C6204C" w:rsidP="00C6204C"/>
    <w:p w14:paraId="3360D767" w14:textId="22B398CA" w:rsidR="00C6204C" w:rsidRDefault="00C6204C" w:rsidP="00C6204C">
      <w:pPr>
        <w:spacing w:after="0"/>
      </w:pPr>
      <w:proofErr w:type="spellStart"/>
      <w:r>
        <w:t>Opšti</w:t>
      </w:r>
      <w:proofErr w:type="spellEnd"/>
      <w:r>
        <w:t xml:space="preserve"> </w:t>
      </w:r>
      <w:proofErr w:type="spellStart"/>
      <w:r>
        <w:t>cilj</w:t>
      </w:r>
      <w:proofErr w:type="spellEnd"/>
      <w:r>
        <w:t xml:space="preserve"> –</w:t>
      </w:r>
      <w:r w:rsidR="00325E76">
        <w:t xml:space="preserve"> </w:t>
      </w:r>
      <w:r w:rsidR="00325E76" w:rsidRPr="00325E76">
        <w:t xml:space="preserve">Koji je </w:t>
      </w:r>
      <w:proofErr w:type="spellStart"/>
      <w:r w:rsidR="00325E76" w:rsidRPr="00325E76">
        <w:t>sveukupni</w:t>
      </w:r>
      <w:proofErr w:type="spellEnd"/>
      <w:r w:rsidR="00325E76" w:rsidRPr="00325E76">
        <w:t xml:space="preserve"> </w:t>
      </w:r>
      <w:proofErr w:type="spellStart"/>
      <w:r w:rsidR="00325E76" w:rsidRPr="00325E76">
        <w:t>cilj</w:t>
      </w:r>
      <w:proofErr w:type="spellEnd"/>
      <w:r w:rsidR="00325E76" w:rsidRPr="00325E76">
        <w:t xml:space="preserve"> </w:t>
      </w:r>
      <w:proofErr w:type="spellStart"/>
      <w:r w:rsidR="00325E76" w:rsidRPr="00325E76">
        <w:t>čijem</w:t>
      </w:r>
      <w:proofErr w:type="spellEnd"/>
      <w:r w:rsidR="00325E76" w:rsidRPr="00325E76">
        <w:t xml:space="preserve"> </w:t>
      </w:r>
      <w:proofErr w:type="spellStart"/>
      <w:r w:rsidR="00325E76" w:rsidRPr="00325E76">
        <w:t>ostvarenju</w:t>
      </w:r>
      <w:proofErr w:type="spellEnd"/>
      <w:r w:rsidR="00325E76" w:rsidRPr="00325E76">
        <w:t xml:space="preserve"> </w:t>
      </w:r>
      <w:proofErr w:type="spellStart"/>
      <w:r w:rsidR="00325E76" w:rsidRPr="00325E76">
        <w:t>će</w:t>
      </w:r>
      <w:proofErr w:type="spellEnd"/>
      <w:r w:rsidR="00325E76" w:rsidRPr="00325E76">
        <w:t xml:space="preserve"> </w:t>
      </w:r>
      <w:proofErr w:type="spellStart"/>
      <w:r w:rsidR="00325E76" w:rsidRPr="00325E76">
        <w:t>projekat</w:t>
      </w:r>
      <w:proofErr w:type="spellEnd"/>
      <w:r w:rsidR="00325E76" w:rsidRPr="00325E76">
        <w:t xml:space="preserve"> </w:t>
      </w:r>
      <w:proofErr w:type="spellStart"/>
      <w:r w:rsidR="00325E76" w:rsidRPr="00325E76">
        <w:t>doprinijeti</w:t>
      </w:r>
      <w:proofErr w:type="spellEnd"/>
      <w:r w:rsidR="00325E76">
        <w:t>?</w:t>
      </w:r>
      <w:r>
        <w:t xml:space="preserve"> </w:t>
      </w:r>
      <w:proofErr w:type="spellStart"/>
      <w:r w:rsidR="00325E76">
        <w:t>D</w:t>
      </w:r>
      <w:r>
        <w:t>ugoročna</w:t>
      </w:r>
      <w:proofErr w:type="spellEnd"/>
      <w:r>
        <w:t xml:space="preserve"> </w:t>
      </w:r>
      <w:proofErr w:type="spellStart"/>
      <w:r>
        <w:t>promjena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 </w:t>
      </w:r>
      <w:proofErr w:type="spellStart"/>
      <w:r>
        <w:t>doprinosi</w:t>
      </w:r>
      <w:proofErr w:type="spellEnd"/>
      <w:r>
        <w:t>, (</w:t>
      </w:r>
      <w:proofErr w:type="spellStart"/>
      <w:r>
        <w:t>npr</w:t>
      </w:r>
      <w:proofErr w:type="spellEnd"/>
      <w:r>
        <w:t>. "</w:t>
      </w:r>
      <w:proofErr w:type="spellStart"/>
      <w:r>
        <w:t>Poboljšanje</w:t>
      </w:r>
      <w:proofErr w:type="spellEnd"/>
      <w:r>
        <w:t xml:space="preserve"> </w:t>
      </w:r>
      <w:proofErr w:type="spellStart"/>
      <w:r>
        <w:t>kvaliteta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</w:t>
      </w:r>
      <w:proofErr w:type="spellStart"/>
      <w:r>
        <w:t>ranjivih</w:t>
      </w:r>
      <w:proofErr w:type="spellEnd"/>
      <w:r>
        <w:t xml:space="preserve"> </w:t>
      </w:r>
      <w:proofErr w:type="spellStart"/>
      <w:r>
        <w:t>grupa</w:t>
      </w:r>
      <w:proofErr w:type="spellEnd"/>
      <w:r>
        <w:t xml:space="preserve"> u </w:t>
      </w:r>
      <w:proofErr w:type="spellStart"/>
      <w:r>
        <w:t>općini</w:t>
      </w:r>
      <w:proofErr w:type="spellEnd"/>
      <w:r>
        <w:t xml:space="preserve"> X").</w:t>
      </w:r>
    </w:p>
    <w:p w14:paraId="635947C8" w14:textId="6D694FF3" w:rsidR="00C6204C" w:rsidRDefault="00C6204C" w:rsidP="00C6204C">
      <w:pPr>
        <w:spacing w:after="0"/>
      </w:pPr>
      <w:proofErr w:type="spellStart"/>
      <w:r>
        <w:t>Specifični</w:t>
      </w:r>
      <w:proofErr w:type="spellEnd"/>
      <w:r>
        <w:t xml:space="preserve"> </w:t>
      </w:r>
      <w:proofErr w:type="spellStart"/>
      <w:r>
        <w:t>cilj</w:t>
      </w:r>
      <w:proofErr w:type="spellEnd"/>
      <w:r>
        <w:t xml:space="preserve"> – </w:t>
      </w:r>
      <w:proofErr w:type="spellStart"/>
      <w:r w:rsidR="00325E76">
        <w:t>K</w:t>
      </w:r>
      <w:r>
        <w:t>onkretn</w:t>
      </w:r>
      <w:r w:rsidR="00325E76">
        <w:t>e</w:t>
      </w:r>
      <w:proofErr w:type="spellEnd"/>
      <w:r>
        <w:t xml:space="preserve"> </w:t>
      </w:r>
      <w:proofErr w:type="spellStart"/>
      <w:r>
        <w:t>promjen</w:t>
      </w:r>
      <w:r w:rsidR="00325E76">
        <w:t>e</w:t>
      </w:r>
      <w:proofErr w:type="spellEnd"/>
      <w:r>
        <w:t xml:space="preserve"> </w:t>
      </w:r>
      <w:proofErr w:type="spellStart"/>
      <w:r>
        <w:t>koj</w:t>
      </w:r>
      <w:r w:rsidR="00325E76">
        <w:t>e</w:t>
      </w:r>
      <w:proofErr w:type="spellEnd"/>
      <w:r>
        <w:t xml:space="preserve"> se </w:t>
      </w:r>
      <w:proofErr w:type="spellStart"/>
      <w:r>
        <w:t>očekuj</w:t>
      </w:r>
      <w:r w:rsidR="00325E76">
        <w:t>u</w:t>
      </w:r>
      <w:proofErr w:type="spellEnd"/>
      <w:r>
        <w:t xml:space="preserve"> </w:t>
      </w:r>
      <w:proofErr w:type="spellStart"/>
      <w:r>
        <w:t>neposredno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završetka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(</w:t>
      </w:r>
      <w:proofErr w:type="spellStart"/>
      <w:r>
        <w:t>npr</w:t>
      </w:r>
      <w:proofErr w:type="spellEnd"/>
      <w:r>
        <w:t>. "</w:t>
      </w:r>
      <w:proofErr w:type="spellStart"/>
      <w:r>
        <w:t>Osposobljeno</w:t>
      </w:r>
      <w:proofErr w:type="spellEnd"/>
      <w:r>
        <w:t xml:space="preserve"> 50 </w:t>
      </w:r>
      <w:proofErr w:type="spellStart"/>
      <w:r>
        <w:t>nezaposlenih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za </w:t>
      </w:r>
      <w:proofErr w:type="spellStart"/>
      <w:r>
        <w:t>samozapošljavanje</w:t>
      </w:r>
      <w:proofErr w:type="spellEnd"/>
      <w:r>
        <w:t>").</w:t>
      </w:r>
    </w:p>
    <w:p w14:paraId="3877C1A5" w14:textId="77777777" w:rsidR="00C6204C" w:rsidRDefault="00C6204C" w:rsidP="00C6204C">
      <w:pPr>
        <w:spacing w:after="0"/>
      </w:pPr>
      <w:proofErr w:type="spellStart"/>
      <w:r>
        <w:t>Rezultati</w:t>
      </w:r>
      <w:proofErr w:type="spellEnd"/>
      <w:r>
        <w:t xml:space="preserve"> – </w:t>
      </w:r>
      <w:proofErr w:type="spellStart"/>
      <w:r>
        <w:t>opipljivi</w:t>
      </w:r>
      <w:proofErr w:type="spellEnd"/>
      <w:r>
        <w:t xml:space="preserve"> </w:t>
      </w:r>
      <w:proofErr w:type="spellStart"/>
      <w:r>
        <w:t>produkti</w:t>
      </w:r>
      <w:proofErr w:type="spellEnd"/>
      <w:r>
        <w:t>/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 </w:t>
      </w:r>
      <w:proofErr w:type="spellStart"/>
      <w:r>
        <w:t>proizvodi</w:t>
      </w:r>
      <w:proofErr w:type="spellEnd"/>
      <w:r>
        <w:t xml:space="preserve"> (</w:t>
      </w:r>
      <w:proofErr w:type="spellStart"/>
      <w:r>
        <w:t>najčešće</w:t>
      </w:r>
      <w:proofErr w:type="spellEnd"/>
      <w:r>
        <w:t xml:space="preserve"> 2–5). </w:t>
      </w:r>
      <w:proofErr w:type="spellStart"/>
      <w:r>
        <w:t>Primjeri</w:t>
      </w:r>
      <w:proofErr w:type="spellEnd"/>
      <w:r>
        <w:t>: "</w:t>
      </w:r>
      <w:proofErr w:type="spellStart"/>
      <w:r>
        <w:t>Izrađen</w:t>
      </w:r>
      <w:proofErr w:type="spellEnd"/>
      <w:r>
        <w:t xml:space="preserve"> </w:t>
      </w:r>
      <w:proofErr w:type="spellStart"/>
      <w:r>
        <w:t>vodič</w:t>
      </w:r>
      <w:proofErr w:type="spellEnd"/>
      <w:r>
        <w:t xml:space="preserve"> za </w:t>
      </w:r>
      <w:proofErr w:type="spellStart"/>
      <w:r>
        <w:t>samozapošljavanje</w:t>
      </w:r>
      <w:proofErr w:type="spellEnd"/>
      <w:r>
        <w:t>", "</w:t>
      </w:r>
      <w:proofErr w:type="spellStart"/>
      <w:r>
        <w:t>Održane</w:t>
      </w:r>
      <w:proofErr w:type="spellEnd"/>
      <w:r>
        <w:t xml:space="preserve"> 3 </w:t>
      </w:r>
      <w:proofErr w:type="spellStart"/>
      <w:r>
        <w:t>radionice</w:t>
      </w:r>
      <w:proofErr w:type="spellEnd"/>
      <w:r>
        <w:t>", "</w:t>
      </w:r>
      <w:proofErr w:type="spellStart"/>
      <w:r>
        <w:t>Nabavljeno</w:t>
      </w:r>
      <w:proofErr w:type="spellEnd"/>
      <w:r>
        <w:t xml:space="preserve"> 20 </w:t>
      </w:r>
      <w:proofErr w:type="spellStart"/>
      <w:r>
        <w:t>kompjutera</w:t>
      </w:r>
      <w:proofErr w:type="spellEnd"/>
      <w:r>
        <w:t>".</w:t>
      </w:r>
    </w:p>
    <w:p w14:paraId="4A4938C7" w14:textId="77777777" w:rsidR="00C6204C" w:rsidRDefault="00C6204C" w:rsidP="00C6204C">
      <w:pPr>
        <w:spacing w:after="0"/>
      </w:pPr>
      <w:proofErr w:type="spellStart"/>
      <w:r>
        <w:t>Aktivnosti</w:t>
      </w:r>
      <w:proofErr w:type="spellEnd"/>
      <w:r>
        <w:t xml:space="preserve"> – </w:t>
      </w:r>
      <w:proofErr w:type="spellStart"/>
      <w:r>
        <w:t>ključne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(</w:t>
      </w:r>
      <w:proofErr w:type="spellStart"/>
      <w:r>
        <w:t>grupisane</w:t>
      </w:r>
      <w:proofErr w:type="spellEnd"/>
      <w:r>
        <w:t xml:space="preserve">). Za </w:t>
      </w:r>
      <w:proofErr w:type="spellStart"/>
      <w:r>
        <w:t>ovaj</w:t>
      </w:r>
      <w:proofErr w:type="spellEnd"/>
      <w:r>
        <w:t xml:space="preserve"> red ne </w:t>
      </w:r>
      <w:proofErr w:type="spellStart"/>
      <w:r>
        <w:t>popunjavaju</w:t>
      </w:r>
      <w:proofErr w:type="spellEnd"/>
      <w:r>
        <w:t xml:space="preserve"> se </w:t>
      </w:r>
      <w:proofErr w:type="spellStart"/>
      <w:r>
        <w:t>kolone</w:t>
      </w:r>
      <w:proofErr w:type="spellEnd"/>
      <w:r>
        <w:t xml:space="preserve"> </w:t>
      </w:r>
      <w:proofErr w:type="spellStart"/>
      <w:r>
        <w:t>indikatora</w:t>
      </w:r>
      <w:proofErr w:type="spellEnd"/>
      <w:r>
        <w:t xml:space="preserve">, </w:t>
      </w:r>
      <w:proofErr w:type="spellStart"/>
      <w:r>
        <w:t>izvora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pretpostavki</w:t>
      </w:r>
      <w:proofErr w:type="spellEnd"/>
      <w:r>
        <w:t xml:space="preserve"> (</w:t>
      </w:r>
      <w:proofErr w:type="spellStart"/>
      <w:r>
        <w:t>ostaviti</w:t>
      </w:r>
      <w:proofErr w:type="spellEnd"/>
      <w:r>
        <w:t xml:space="preserve"> </w:t>
      </w:r>
      <w:proofErr w:type="spellStart"/>
      <w:r>
        <w:t>prazno</w:t>
      </w:r>
      <w:proofErr w:type="spellEnd"/>
      <w:r>
        <w:t>).</w:t>
      </w:r>
    </w:p>
    <w:p w14:paraId="7734B1F0" w14:textId="77777777" w:rsidR="00C6204C" w:rsidRDefault="00C6204C" w:rsidP="00C6204C">
      <w:pPr>
        <w:spacing w:after="0"/>
      </w:pPr>
      <w:proofErr w:type="spellStart"/>
      <w:r>
        <w:t>Indikatori</w:t>
      </w:r>
      <w:proofErr w:type="spellEnd"/>
      <w:r>
        <w:t xml:space="preserve"> – </w:t>
      </w:r>
      <w:proofErr w:type="spellStart"/>
      <w:r>
        <w:t>mjerljivi</w:t>
      </w:r>
      <w:proofErr w:type="spellEnd"/>
      <w:r>
        <w:t xml:space="preserve"> </w:t>
      </w:r>
      <w:proofErr w:type="spellStart"/>
      <w:r>
        <w:t>pokazatelji</w:t>
      </w:r>
      <w:proofErr w:type="spellEnd"/>
      <w:r>
        <w:t xml:space="preserve"> za </w:t>
      </w:r>
      <w:proofErr w:type="spellStart"/>
      <w:r>
        <w:t>ciljeve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broj</w:t>
      </w:r>
      <w:proofErr w:type="spellEnd"/>
      <w:r>
        <w:t xml:space="preserve">, </w:t>
      </w:r>
      <w:proofErr w:type="spellStart"/>
      <w:r>
        <w:t>postotak</w:t>
      </w:r>
      <w:proofErr w:type="spellEnd"/>
      <w:r>
        <w:t xml:space="preserve">, da/ne). </w:t>
      </w:r>
      <w:proofErr w:type="spellStart"/>
      <w:r>
        <w:t>Preporuka</w:t>
      </w:r>
      <w:proofErr w:type="spellEnd"/>
      <w:r>
        <w:t xml:space="preserve">: </w:t>
      </w:r>
      <w:proofErr w:type="spellStart"/>
      <w:r>
        <w:t>koristiti</w:t>
      </w:r>
      <w:proofErr w:type="spellEnd"/>
      <w:r>
        <w:t xml:space="preserve"> SMART </w:t>
      </w:r>
      <w:proofErr w:type="spellStart"/>
      <w:r>
        <w:t>indikatore</w:t>
      </w:r>
      <w:proofErr w:type="spellEnd"/>
      <w:r>
        <w:t>.</w:t>
      </w:r>
    </w:p>
    <w:p w14:paraId="4BE9A11D" w14:textId="77777777" w:rsidR="00C6204C" w:rsidRDefault="00C6204C" w:rsidP="00C6204C">
      <w:pPr>
        <w:spacing w:after="0"/>
      </w:pPr>
      <w:proofErr w:type="spellStart"/>
      <w:r>
        <w:t>Izvori</w:t>
      </w:r>
      <w:proofErr w:type="spellEnd"/>
      <w:r>
        <w:t xml:space="preserve"> </w:t>
      </w:r>
      <w:proofErr w:type="spellStart"/>
      <w:r>
        <w:t>verifikacije</w:t>
      </w:r>
      <w:proofErr w:type="spellEnd"/>
      <w:r>
        <w:t xml:space="preserve"> – </w:t>
      </w:r>
      <w:proofErr w:type="spellStart"/>
      <w:r>
        <w:t>gdje</w:t>
      </w:r>
      <w:proofErr w:type="spellEnd"/>
      <w:r>
        <w:t xml:space="preserve"> se </w:t>
      </w:r>
      <w:proofErr w:type="spellStart"/>
      <w:r>
        <w:t>provjeravaju</w:t>
      </w:r>
      <w:proofErr w:type="spellEnd"/>
      <w:r>
        <w:t xml:space="preserve"> </w:t>
      </w:r>
      <w:proofErr w:type="spellStart"/>
      <w:r>
        <w:t>indikatori</w:t>
      </w:r>
      <w:proofErr w:type="spellEnd"/>
      <w:r>
        <w:t xml:space="preserve"> (</w:t>
      </w:r>
      <w:proofErr w:type="spellStart"/>
      <w:r>
        <w:t>npr</w:t>
      </w:r>
      <w:proofErr w:type="spellEnd"/>
      <w:r>
        <w:t xml:space="preserve">. </w:t>
      </w:r>
      <w:proofErr w:type="spellStart"/>
      <w:r>
        <w:t>izvještaji</w:t>
      </w:r>
      <w:proofErr w:type="spellEnd"/>
      <w:r>
        <w:t xml:space="preserve">, </w:t>
      </w:r>
      <w:proofErr w:type="spellStart"/>
      <w:r>
        <w:t>fotografije</w:t>
      </w:r>
      <w:proofErr w:type="spellEnd"/>
      <w:r>
        <w:t xml:space="preserve">,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prisutnih</w:t>
      </w:r>
      <w:proofErr w:type="spellEnd"/>
      <w:r>
        <w:t xml:space="preserve">, </w:t>
      </w:r>
      <w:proofErr w:type="spellStart"/>
      <w:r>
        <w:t>računi</w:t>
      </w:r>
      <w:proofErr w:type="spellEnd"/>
      <w:r>
        <w:t>).</w:t>
      </w:r>
    </w:p>
    <w:p w14:paraId="32CAEAC8" w14:textId="77777777" w:rsidR="00C6204C" w:rsidRDefault="00C6204C" w:rsidP="00C6204C">
      <w:pPr>
        <w:spacing w:after="0"/>
      </w:pPr>
      <w:proofErr w:type="spellStart"/>
      <w:r>
        <w:t>Pretpostavke</w:t>
      </w:r>
      <w:proofErr w:type="spellEnd"/>
      <w:r>
        <w:t xml:space="preserve"> / </w:t>
      </w:r>
      <w:proofErr w:type="spellStart"/>
      <w:r>
        <w:t>Rizici</w:t>
      </w:r>
      <w:proofErr w:type="spellEnd"/>
      <w:r>
        <w:t xml:space="preserve"> – </w:t>
      </w:r>
      <w:proofErr w:type="spellStart"/>
      <w:r>
        <w:t>vanjski</w:t>
      </w:r>
      <w:proofErr w:type="spellEnd"/>
      <w:r>
        <w:t xml:space="preserve"> </w:t>
      </w:r>
      <w:proofErr w:type="spellStart"/>
      <w:r>
        <w:t>faktori</w:t>
      </w:r>
      <w:proofErr w:type="spellEnd"/>
      <w:r>
        <w:t xml:space="preserve"> koji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uticati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uspjeh</w:t>
      </w:r>
      <w:proofErr w:type="spellEnd"/>
      <w:r>
        <w:t xml:space="preserve">, a </w:t>
      </w:r>
      <w:proofErr w:type="spellStart"/>
      <w:r>
        <w:t>nisu</w:t>
      </w:r>
      <w:proofErr w:type="spellEnd"/>
      <w:r>
        <w:t xml:space="preserve"> pod </w:t>
      </w:r>
      <w:proofErr w:type="spellStart"/>
      <w:r>
        <w:t>kontrolom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(</w:t>
      </w:r>
      <w:proofErr w:type="spellStart"/>
      <w:r>
        <w:t>npr</w:t>
      </w:r>
      <w:proofErr w:type="spellEnd"/>
      <w:r>
        <w:t>. "</w:t>
      </w:r>
      <w:proofErr w:type="spellStart"/>
      <w:r>
        <w:t>Dovoljan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prijavljenih</w:t>
      </w:r>
      <w:proofErr w:type="spellEnd"/>
      <w:r>
        <w:t xml:space="preserve"> </w:t>
      </w:r>
      <w:proofErr w:type="spellStart"/>
      <w:r>
        <w:t>polaznika</w:t>
      </w:r>
      <w:proofErr w:type="spellEnd"/>
      <w:r>
        <w:t>", "</w:t>
      </w:r>
      <w:proofErr w:type="spellStart"/>
      <w:r>
        <w:t>Podrška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zajednice</w:t>
      </w:r>
      <w:proofErr w:type="spellEnd"/>
      <w:r>
        <w:t>").</w:t>
      </w:r>
    </w:p>
    <w:p w14:paraId="28D19BCB" w14:textId="190DD369" w:rsidR="001C7CF2" w:rsidRPr="001C7CF2" w:rsidRDefault="00C6204C" w:rsidP="00C6204C">
      <w:pPr>
        <w:spacing w:after="0"/>
      </w:pPr>
      <w:proofErr w:type="spellStart"/>
      <w:r>
        <w:rPr>
          <w:rFonts w:hint="eastAsia"/>
        </w:rPr>
        <w:t>Napomena</w:t>
      </w:r>
      <w:proofErr w:type="spellEnd"/>
      <w:r>
        <w:rPr>
          <w:rFonts w:hint="eastAsia"/>
        </w:rPr>
        <w:t xml:space="preserve">: Po </w:t>
      </w:r>
      <w:proofErr w:type="spellStart"/>
      <w:r>
        <w:rPr>
          <w:rFonts w:hint="eastAsia"/>
        </w:rPr>
        <w:t>želji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početno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stanje</w:t>
      </w:r>
      <w:proofErr w:type="spellEnd"/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polazište</w:t>
      </w:r>
      <w:proofErr w:type="spellEnd"/>
      <w:r>
        <w:rPr>
          <w:rFonts w:hint="eastAsia"/>
        </w:rPr>
        <w:t xml:space="preserve">) </w:t>
      </w:r>
      <w:proofErr w:type="spellStart"/>
      <w:r>
        <w:rPr>
          <w:rFonts w:hint="eastAsia"/>
        </w:rPr>
        <w:t>možete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opisati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unutar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indikatora</w:t>
      </w:r>
      <w:proofErr w:type="spellEnd"/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npr</w:t>
      </w:r>
      <w:proofErr w:type="spellEnd"/>
      <w:r>
        <w:rPr>
          <w:rFonts w:hint="eastAsia"/>
        </w:rPr>
        <w:t>. "</w:t>
      </w:r>
      <w:proofErr w:type="spellStart"/>
      <w:proofErr w:type="gramStart"/>
      <w:r>
        <w:rPr>
          <w:rFonts w:hint="eastAsia"/>
        </w:rPr>
        <w:t>broj</w:t>
      </w:r>
      <w:proofErr w:type="spellEnd"/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obučenih</w:t>
      </w:r>
      <w:proofErr w:type="spellEnd"/>
      <w:r>
        <w:rPr>
          <w:rFonts w:hint="eastAsia"/>
        </w:rPr>
        <w:t xml:space="preserve">: 0 </w:t>
      </w:r>
      <w:r>
        <w:rPr>
          <w:rFonts w:hint="eastAsia"/>
        </w:rPr>
        <w:t>→</w:t>
      </w:r>
      <w:r>
        <w:rPr>
          <w:rFonts w:hint="eastAsia"/>
        </w:rPr>
        <w:t xml:space="preserve"> 50") </w:t>
      </w:r>
      <w:proofErr w:type="spellStart"/>
      <w:r>
        <w:rPr>
          <w:rFonts w:hint="eastAsia"/>
        </w:rPr>
        <w:t>ili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dodati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petu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kolonu</w:t>
      </w:r>
      <w:proofErr w:type="spellEnd"/>
      <w:r>
        <w:rPr>
          <w:rFonts w:hint="eastAsia"/>
        </w:rPr>
        <w:t xml:space="preserve"> "</w:t>
      </w:r>
      <w:proofErr w:type="spellStart"/>
      <w:r>
        <w:rPr>
          <w:rFonts w:hint="eastAsia"/>
        </w:rPr>
        <w:t>Polazište</w:t>
      </w:r>
      <w:proofErr w:type="spellEnd"/>
      <w:r>
        <w:rPr>
          <w:rFonts w:hint="eastAsia"/>
        </w:rPr>
        <w:t xml:space="preserve">" </w:t>
      </w:r>
      <w:r>
        <w:rPr>
          <w:rFonts w:hint="eastAsia"/>
        </w:rPr>
        <w:t>–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tada</w:t>
      </w:r>
      <w:proofErr w:type="spellEnd"/>
      <w:r>
        <w:rPr>
          <w:rFonts w:hint="eastAsia"/>
        </w:rPr>
        <w:t xml:space="preserve"> se </w:t>
      </w:r>
      <w:proofErr w:type="spellStart"/>
      <w:r>
        <w:rPr>
          <w:rFonts w:hint="eastAsia"/>
        </w:rPr>
        <w:t>molimo</w:t>
      </w:r>
      <w:proofErr w:type="spellEnd"/>
      <w:r>
        <w:rPr>
          <w:rFonts w:hint="eastAsia"/>
        </w:rPr>
        <w:t xml:space="preserve"> da </w:t>
      </w:r>
      <w:proofErr w:type="spellStart"/>
      <w:r>
        <w:rPr>
          <w:rFonts w:hint="eastAsia"/>
        </w:rPr>
        <w:t>sami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prilagodite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tabelu</w:t>
      </w:r>
      <w:proofErr w:type="spellEnd"/>
      <w:r>
        <w:rPr>
          <w:rFonts w:hint="eastAsia"/>
        </w:rPr>
        <w:t>.</w:t>
      </w:r>
    </w:p>
    <w:p w14:paraId="05A196BF" w14:textId="77777777" w:rsidR="00325E76" w:rsidRPr="001C7CF2" w:rsidRDefault="00325E76">
      <w:pPr>
        <w:spacing w:after="0"/>
      </w:pPr>
    </w:p>
    <w:sectPr w:rsidR="00325E76" w:rsidRPr="001C7CF2" w:rsidSect="0089017C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E0364" w14:textId="77777777" w:rsidR="00FC7667" w:rsidRDefault="00FC7667" w:rsidP="00057053">
      <w:pPr>
        <w:spacing w:after="0" w:line="240" w:lineRule="auto"/>
      </w:pPr>
      <w:r>
        <w:separator/>
      </w:r>
    </w:p>
  </w:endnote>
  <w:endnote w:type="continuationSeparator" w:id="0">
    <w:p w14:paraId="2383E0F3" w14:textId="77777777" w:rsidR="00FC7667" w:rsidRDefault="00FC7667" w:rsidP="0005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4FCD" w14:textId="0B775CD8" w:rsidR="00C24E51" w:rsidRDefault="00C24E51">
    <w:pPr>
      <w:pStyle w:val="Footer"/>
    </w:pPr>
    <w:r w:rsidRPr="00C24E51">
      <w:tab/>
    </w:r>
    <w:r w:rsidRPr="00C24E51">
      <w:tab/>
    </w:r>
    <w:proofErr w:type="spellStart"/>
    <w:r w:rsidRPr="00C24E51">
      <w:t>m.p.</w:t>
    </w:r>
    <w:proofErr w:type="spellEnd"/>
    <w:r w:rsidRPr="00C24E51">
      <w:t xml:space="preserve">  </w:t>
    </w:r>
  </w:p>
  <w:p w14:paraId="6B715016" w14:textId="6CDE2831" w:rsidR="00C24E51" w:rsidRDefault="00C24E51">
    <w:pPr>
      <w:pStyle w:val="Footer"/>
    </w:pPr>
    <w:r>
      <w:t xml:space="preserve">                                                                                                                                                                                             </w:t>
    </w:r>
    <w:r w:rsidRPr="00C24E51">
      <w:t xml:space="preserve">                   </w:t>
    </w:r>
    <w:r>
      <w:t xml:space="preserve">           </w:t>
    </w:r>
    <w:proofErr w:type="spellStart"/>
    <w:r w:rsidRPr="00C24E51">
      <w:t>Potpis</w:t>
    </w:r>
    <w:proofErr w:type="spellEnd"/>
    <w:r w:rsidRPr="00C24E51">
      <w:t>___________________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60E02" w14:textId="77777777" w:rsidR="00FC7667" w:rsidRDefault="00FC7667" w:rsidP="00057053">
      <w:pPr>
        <w:spacing w:after="0" w:line="240" w:lineRule="auto"/>
      </w:pPr>
      <w:r>
        <w:separator/>
      </w:r>
    </w:p>
  </w:footnote>
  <w:footnote w:type="continuationSeparator" w:id="0">
    <w:p w14:paraId="2BD9765A" w14:textId="77777777" w:rsidR="00FC7667" w:rsidRDefault="00FC7667" w:rsidP="00057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6E512" w14:textId="321347F7" w:rsidR="00C24E51" w:rsidRPr="002258F7" w:rsidRDefault="00C24E51" w:rsidP="002258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5265598">
    <w:abstractNumId w:val="8"/>
  </w:num>
  <w:num w:numId="2" w16cid:durableId="1115443878">
    <w:abstractNumId w:val="6"/>
  </w:num>
  <w:num w:numId="3" w16cid:durableId="2061779557">
    <w:abstractNumId w:val="5"/>
  </w:num>
  <w:num w:numId="4" w16cid:durableId="758212734">
    <w:abstractNumId w:val="4"/>
  </w:num>
  <w:num w:numId="5" w16cid:durableId="282270277">
    <w:abstractNumId w:val="7"/>
  </w:num>
  <w:num w:numId="6" w16cid:durableId="1269317122">
    <w:abstractNumId w:val="3"/>
  </w:num>
  <w:num w:numId="7" w16cid:durableId="120731544">
    <w:abstractNumId w:val="2"/>
  </w:num>
  <w:num w:numId="8" w16cid:durableId="1535343843">
    <w:abstractNumId w:val="1"/>
  </w:num>
  <w:num w:numId="9" w16cid:durableId="170466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BEA"/>
    <w:rsid w:val="00034616"/>
    <w:rsid w:val="00057053"/>
    <w:rsid w:val="0006063C"/>
    <w:rsid w:val="000854D4"/>
    <w:rsid w:val="000D585E"/>
    <w:rsid w:val="000E5AE3"/>
    <w:rsid w:val="00101678"/>
    <w:rsid w:val="001142D6"/>
    <w:rsid w:val="001237B4"/>
    <w:rsid w:val="00143AC8"/>
    <w:rsid w:val="00146CCC"/>
    <w:rsid w:val="0015074B"/>
    <w:rsid w:val="001C7CF2"/>
    <w:rsid w:val="001D0A03"/>
    <w:rsid w:val="001E71C1"/>
    <w:rsid w:val="001F2104"/>
    <w:rsid w:val="002258F7"/>
    <w:rsid w:val="0029170D"/>
    <w:rsid w:val="0029639D"/>
    <w:rsid w:val="002A554E"/>
    <w:rsid w:val="002D265E"/>
    <w:rsid w:val="003156DE"/>
    <w:rsid w:val="00325E76"/>
    <w:rsid w:val="00326F90"/>
    <w:rsid w:val="00415F35"/>
    <w:rsid w:val="00430ACA"/>
    <w:rsid w:val="00632ADB"/>
    <w:rsid w:val="006334A0"/>
    <w:rsid w:val="00647A72"/>
    <w:rsid w:val="00684C6A"/>
    <w:rsid w:val="006F0148"/>
    <w:rsid w:val="007143D9"/>
    <w:rsid w:val="007A5177"/>
    <w:rsid w:val="007E78DE"/>
    <w:rsid w:val="0089017C"/>
    <w:rsid w:val="008950E2"/>
    <w:rsid w:val="008C6547"/>
    <w:rsid w:val="008F2FFA"/>
    <w:rsid w:val="00904DB5"/>
    <w:rsid w:val="00A03D1C"/>
    <w:rsid w:val="00A523F3"/>
    <w:rsid w:val="00AA1D8D"/>
    <w:rsid w:val="00B43369"/>
    <w:rsid w:val="00B47730"/>
    <w:rsid w:val="00B505BC"/>
    <w:rsid w:val="00B90A3D"/>
    <w:rsid w:val="00B90D3C"/>
    <w:rsid w:val="00BD6EC7"/>
    <w:rsid w:val="00C24E51"/>
    <w:rsid w:val="00C344FB"/>
    <w:rsid w:val="00C6204C"/>
    <w:rsid w:val="00C97B1A"/>
    <w:rsid w:val="00CA222A"/>
    <w:rsid w:val="00CB0664"/>
    <w:rsid w:val="00D11840"/>
    <w:rsid w:val="00DA3FCC"/>
    <w:rsid w:val="00E4333B"/>
    <w:rsid w:val="00E62B1A"/>
    <w:rsid w:val="00EB19A5"/>
    <w:rsid w:val="00EC1175"/>
    <w:rsid w:val="00FC693F"/>
    <w:rsid w:val="00FC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645CE3"/>
  <w14:defaultImageDpi w14:val="300"/>
  <w15:docId w15:val="{F1754E64-B6E4-41D4-A236-782AF040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C24E51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4E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4E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24E51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890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04422C181141EB96FC6D1A2027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9AFA0-D967-4DEA-9CCC-90039AAB8205}"/>
      </w:docPartPr>
      <w:docPartBody>
        <w:p w:rsidR="00D82F1D" w:rsidRDefault="00C312D4" w:rsidP="00C312D4">
          <w:pPr>
            <w:pStyle w:val="DF04422C181141EB96FC6D1A2027AA7E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  <w:docPart>
      <w:docPartPr>
        <w:name w:val="2A382AD58D1F4E0EAEA966150A95C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E78FF-4A1F-48A3-AEE5-8B7032EB395F}"/>
      </w:docPartPr>
      <w:docPartBody>
        <w:p w:rsidR="00D82F1D" w:rsidRDefault="00C312D4" w:rsidP="00C312D4">
          <w:pPr>
            <w:pStyle w:val="2A382AD58D1F4E0EAEA966150A95C45D"/>
          </w:pPr>
          <w:r>
            <w:rPr>
              <w:color w:val="4472C4" w:themeColor="accent1"/>
              <w:sz w:val="28"/>
              <w:szCs w:val="28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D4"/>
    <w:rsid w:val="000D585E"/>
    <w:rsid w:val="00185973"/>
    <w:rsid w:val="001F2104"/>
    <w:rsid w:val="00223540"/>
    <w:rsid w:val="002D265E"/>
    <w:rsid w:val="0068250E"/>
    <w:rsid w:val="00A2491F"/>
    <w:rsid w:val="00BD49DC"/>
    <w:rsid w:val="00C312D4"/>
    <w:rsid w:val="00CA222A"/>
    <w:rsid w:val="00CC209B"/>
    <w:rsid w:val="00D82F1D"/>
    <w:rsid w:val="00E4333B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04422C181141EB96FC6D1A2027AA7E">
    <w:name w:val="DF04422C181141EB96FC6D1A2027AA7E"/>
    <w:rsid w:val="00C312D4"/>
  </w:style>
  <w:style w:type="paragraph" w:customStyle="1" w:styleId="2A382AD58D1F4E0EAEA966150A95C45D">
    <w:name w:val="2A382AD58D1F4E0EAEA966150A95C45D"/>
    <w:rsid w:val="00C312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PLANA AKTIVNOSTI</vt:lpstr>
    </vt:vector>
  </TitlesOfParts>
  <Manager/>
  <Company/>
  <LinksUpToDate>false</LinksUpToDate>
  <CharactersWithSpaces>1841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LOGIČKI OKVIR PROJEKTA</dc:title>
  <dc:subject>[NAZIV PROJEKTA]</dc:subject>
  <dc:creator>python-docx</dc:creator>
  <cp:keywords/>
  <dc:description>generated by python-docx</dc:description>
  <cp:lastModifiedBy>Lejla Šipur</cp:lastModifiedBy>
  <cp:revision>6</cp:revision>
  <dcterms:created xsi:type="dcterms:W3CDTF">2026-04-30T10:37:00Z</dcterms:created>
  <dcterms:modified xsi:type="dcterms:W3CDTF">2026-05-08T09:43:00Z</dcterms:modified>
  <cp:category/>
</cp:coreProperties>
</file>